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5E124" w14:textId="71A46699" w:rsidR="00E005EA" w:rsidRDefault="00E005EA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SUDERINTA</w:t>
      </w:r>
    </w:p>
    <w:p w14:paraId="364AE0F2" w14:textId="7909AACA" w:rsidR="00E005EA" w:rsidRDefault="00E005EA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Kauno Kovo 11-osios gimnazijos</w:t>
      </w:r>
    </w:p>
    <w:p w14:paraId="34FA1523" w14:textId="1F401A1E" w:rsidR="00E005EA" w:rsidRDefault="004D3B85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tarybos 2026 m. </w:t>
      </w:r>
      <w:r w:rsidR="00583D30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rugpjūčio</w:t>
      </w:r>
      <w:r w:rsidR="00E005EA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</w:t>
      </w:r>
      <w:r w:rsidR="003D0F9D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23</w:t>
      </w:r>
      <w:r w:rsidR="00E005EA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d.</w:t>
      </w:r>
    </w:p>
    <w:p w14:paraId="46DC773B" w14:textId="364D0075" w:rsidR="00E005EA" w:rsidRDefault="00E005EA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posėdyje</w:t>
      </w:r>
      <w:r w:rsidR="003D0F9D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</w:t>
      </w:r>
      <w:r w:rsidR="003D0F9D" w:rsidRPr="003D0F9D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Nr. V2-1-5</w:t>
      </w:r>
    </w:p>
    <w:p w14:paraId="7B26AAAA" w14:textId="77777777" w:rsidR="00E005EA" w:rsidRDefault="00E005EA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</w:p>
    <w:p w14:paraId="2EF5FD53" w14:textId="77777777" w:rsidR="00C137E6" w:rsidRPr="00C137E6" w:rsidRDefault="00C137E6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 w:rsidRPr="00C137E6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PATVIRTINTA </w:t>
      </w:r>
    </w:p>
    <w:p w14:paraId="2E042BA6" w14:textId="08F93EDF" w:rsidR="00C137E6" w:rsidRPr="00C137E6" w:rsidRDefault="00E005EA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Kauno Kovo 11-osios</w:t>
      </w:r>
      <w:r w:rsidR="00C137E6" w:rsidRPr="00C137E6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gimnazijos</w:t>
      </w:r>
    </w:p>
    <w:p w14:paraId="710B589E" w14:textId="544E06F2" w:rsidR="00C137E6" w:rsidRPr="00C137E6" w:rsidRDefault="00C137E6" w:rsidP="00C137E6">
      <w:pPr>
        <w:spacing w:after="0" w:line="240" w:lineRule="auto"/>
        <w:ind w:left="5954" w:right="-1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 w:rsidRPr="00C137E6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direktoriaus 202</w:t>
      </w:r>
      <w:r w:rsidR="00E005EA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6</w:t>
      </w:r>
      <w:r w:rsidRPr="00C137E6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m. </w:t>
      </w:r>
      <w:r w:rsidR="00583D30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rugpjūčio</w:t>
      </w:r>
      <w:r w:rsidR="00AF6F2B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31</w:t>
      </w:r>
      <w:bookmarkStart w:id="0" w:name="_GoBack"/>
      <w:bookmarkEnd w:id="0"/>
      <w:r w:rsidR="00F32597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 xml:space="preserve"> </w:t>
      </w:r>
      <w:r w:rsidRPr="00C137E6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d.</w:t>
      </w:r>
    </w:p>
    <w:p w14:paraId="388A5BF1" w14:textId="44F6DAF1" w:rsidR="00C137E6" w:rsidRPr="0079265B" w:rsidRDefault="00C137E6" w:rsidP="00C137E6">
      <w:pPr>
        <w:ind w:left="5954"/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</w:pPr>
      <w:r w:rsidRPr="0079265B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įsakymu Nr. V1-</w:t>
      </w:r>
      <w:r w:rsidR="00AF6F2B">
        <w:rPr>
          <w:rFonts w:ascii="Times New Roman" w:eastAsia="Times New Roman" w:hAnsi="Times New Roman" w:cs="Times New Roman"/>
          <w:sz w:val="24"/>
          <w:szCs w:val="24"/>
          <w:lang w:val="lt-LT" w:eastAsia="de-DE"/>
        </w:rPr>
        <w:t>65</w:t>
      </w:r>
    </w:p>
    <w:p w14:paraId="12270509" w14:textId="77777777" w:rsidR="00C137E6" w:rsidRPr="0079265B" w:rsidRDefault="00C137E6" w:rsidP="00C137E6">
      <w:pPr>
        <w:ind w:left="5954"/>
        <w:rPr>
          <w:lang w:val="lt-LT"/>
        </w:rPr>
      </w:pPr>
    </w:p>
    <w:p w14:paraId="11CF2374" w14:textId="095F3B62" w:rsidR="00482EA5" w:rsidRPr="0079265B" w:rsidRDefault="00E005EA" w:rsidP="00C137E6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lt-LT"/>
        </w:rPr>
        <w:t>KAUNO KOVO 11-OSIOS</w:t>
      </w:r>
      <w:r w:rsidR="00323238"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 GIMNAZIJOS</w:t>
      </w:r>
    </w:p>
    <w:p w14:paraId="528FC6B2" w14:textId="30E7886C" w:rsidR="00482EA5" w:rsidRPr="00583D30" w:rsidRDefault="00323238" w:rsidP="00C137E6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583D30">
        <w:rPr>
          <w:rFonts w:ascii="Times New Roman" w:hAnsi="Times New Roman"/>
          <w:color w:val="auto"/>
          <w:sz w:val="24"/>
        </w:rPr>
        <w:t>MOKINIŲ ASMENINIŲ MOBILIŲJŲ TELEFONŲ IR KITŲ GALINIŲ ĮRENGINIŲ NAUDOJIMO</w:t>
      </w:r>
      <w:r w:rsidR="00F32597">
        <w:rPr>
          <w:rFonts w:ascii="Times New Roman" w:hAnsi="Times New Roman"/>
          <w:color w:val="auto"/>
          <w:sz w:val="24"/>
        </w:rPr>
        <w:t>SI</w:t>
      </w:r>
      <w:r w:rsidRPr="00583D30">
        <w:rPr>
          <w:rFonts w:ascii="Times New Roman" w:hAnsi="Times New Roman"/>
          <w:color w:val="auto"/>
          <w:sz w:val="24"/>
        </w:rPr>
        <w:t xml:space="preserve"> TVARKOS APRAŠAS</w:t>
      </w:r>
    </w:p>
    <w:p w14:paraId="5375BD2D" w14:textId="77777777" w:rsidR="008C0807" w:rsidRPr="008C0807" w:rsidRDefault="008C0807" w:rsidP="008C0807">
      <w:pPr>
        <w:spacing w:after="0" w:line="240" w:lineRule="auto"/>
        <w:rPr>
          <w:lang w:val="lt-LT"/>
        </w:rPr>
      </w:pPr>
    </w:p>
    <w:p w14:paraId="0AF42D92" w14:textId="77777777" w:rsidR="00482EA5" w:rsidRPr="0079265B" w:rsidRDefault="00323238" w:rsidP="00C137E6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t>I SKYRIUS</w:t>
      </w: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br/>
        <w:t>BENDROSIOS NUOSTATOS</w:t>
      </w:r>
    </w:p>
    <w:p w14:paraId="38DBCA95" w14:textId="77777777" w:rsidR="00DF2D2B" w:rsidRPr="0079265B" w:rsidRDefault="00DF2D2B" w:rsidP="00C137E6">
      <w:pPr>
        <w:spacing w:after="0" w:line="240" w:lineRule="auto"/>
        <w:rPr>
          <w:lang w:val="lt-LT"/>
        </w:rPr>
      </w:pPr>
    </w:p>
    <w:p w14:paraId="76138281" w14:textId="12DFA4C0" w:rsidR="007D69AD" w:rsidRPr="00583D30" w:rsidRDefault="00323238" w:rsidP="007D69AD">
      <w:pPr>
        <w:pStyle w:val="ListParagraph"/>
        <w:numPr>
          <w:ilvl w:val="0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583D30">
        <w:rPr>
          <w:rFonts w:ascii="Times New Roman" w:hAnsi="Times New Roman"/>
          <w:sz w:val="24"/>
        </w:rPr>
        <w:t>Šis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Aprašas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reglamentuoja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mokinių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asmeninių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mobiliųjų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telefonų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kitų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galinių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įrenginių</w:t>
      </w:r>
      <w:proofErr w:type="spellEnd"/>
      <w:r w:rsidRPr="00583D30">
        <w:rPr>
          <w:rFonts w:ascii="Times New Roman" w:hAnsi="Times New Roman"/>
          <w:sz w:val="24"/>
        </w:rPr>
        <w:t xml:space="preserve"> (</w:t>
      </w:r>
      <w:proofErr w:type="spellStart"/>
      <w:r w:rsidRPr="00583D30">
        <w:rPr>
          <w:rFonts w:ascii="Times New Roman" w:hAnsi="Times New Roman"/>
          <w:sz w:val="24"/>
        </w:rPr>
        <w:t>toliau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kartu</w:t>
      </w:r>
      <w:proofErr w:type="spellEnd"/>
      <w:r w:rsidRPr="00583D30">
        <w:rPr>
          <w:rFonts w:ascii="Times New Roman" w:hAnsi="Times New Roman"/>
          <w:sz w:val="24"/>
        </w:rPr>
        <w:t xml:space="preserve"> – </w:t>
      </w:r>
      <w:proofErr w:type="spellStart"/>
      <w:r w:rsidRPr="00583D30">
        <w:rPr>
          <w:rFonts w:ascii="Times New Roman" w:hAnsi="Times New Roman"/>
          <w:sz w:val="24"/>
        </w:rPr>
        <w:t>asmeniniai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informacinių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technologijų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įrenginiai</w:t>
      </w:r>
      <w:proofErr w:type="spellEnd"/>
      <w:r w:rsidRPr="00583D30">
        <w:rPr>
          <w:rFonts w:ascii="Times New Roman" w:hAnsi="Times New Roman"/>
          <w:sz w:val="24"/>
        </w:rPr>
        <w:t xml:space="preserve">) </w:t>
      </w:r>
      <w:proofErr w:type="spellStart"/>
      <w:r w:rsidRPr="00583D30">
        <w:rPr>
          <w:rFonts w:ascii="Times New Roman" w:hAnsi="Times New Roman"/>
          <w:sz w:val="24"/>
        </w:rPr>
        <w:t>naudojimą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Kauno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Kovo</w:t>
      </w:r>
      <w:proofErr w:type="spellEnd"/>
      <w:r w:rsidRPr="00583D30">
        <w:rPr>
          <w:rFonts w:ascii="Times New Roman" w:hAnsi="Times New Roman"/>
          <w:sz w:val="24"/>
        </w:rPr>
        <w:t xml:space="preserve"> 11-osios </w:t>
      </w:r>
      <w:proofErr w:type="spellStart"/>
      <w:r w:rsidRPr="00583D30">
        <w:rPr>
          <w:rFonts w:ascii="Times New Roman" w:hAnsi="Times New Roman"/>
          <w:sz w:val="24"/>
        </w:rPr>
        <w:t>gimnazijoje</w:t>
      </w:r>
      <w:proofErr w:type="spellEnd"/>
      <w:r w:rsidRPr="00583D30">
        <w:rPr>
          <w:rFonts w:ascii="Times New Roman" w:hAnsi="Times New Roman"/>
          <w:sz w:val="24"/>
        </w:rPr>
        <w:t xml:space="preserve"> (</w:t>
      </w:r>
      <w:proofErr w:type="spellStart"/>
      <w:r w:rsidRPr="00583D30">
        <w:rPr>
          <w:rFonts w:ascii="Times New Roman" w:hAnsi="Times New Roman"/>
          <w:sz w:val="24"/>
        </w:rPr>
        <w:t>toliau</w:t>
      </w:r>
      <w:proofErr w:type="spellEnd"/>
      <w:r w:rsidRPr="00583D30">
        <w:rPr>
          <w:rFonts w:ascii="Times New Roman" w:hAnsi="Times New Roman"/>
          <w:sz w:val="24"/>
        </w:rPr>
        <w:t xml:space="preserve"> – </w:t>
      </w:r>
      <w:proofErr w:type="spellStart"/>
      <w:r w:rsidRPr="00583D30">
        <w:rPr>
          <w:rFonts w:ascii="Times New Roman" w:hAnsi="Times New Roman"/>
          <w:sz w:val="24"/>
        </w:rPr>
        <w:t>gimnazija</w:t>
      </w:r>
      <w:proofErr w:type="spellEnd"/>
      <w:r w:rsidRPr="00583D30">
        <w:rPr>
          <w:rFonts w:ascii="Times New Roman" w:hAnsi="Times New Roman"/>
          <w:sz w:val="24"/>
        </w:rPr>
        <w:t xml:space="preserve">)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(</w:t>
      </w:r>
      <w:proofErr w:type="spellStart"/>
      <w:r w:rsidRPr="00583D30">
        <w:rPr>
          <w:rFonts w:ascii="Times New Roman" w:hAnsi="Times New Roman"/>
          <w:sz w:val="24"/>
        </w:rPr>
        <w:t>ar</w:t>
      </w:r>
      <w:proofErr w:type="spellEnd"/>
      <w:r w:rsidRPr="00583D30">
        <w:rPr>
          <w:rFonts w:ascii="Times New Roman" w:hAnsi="Times New Roman"/>
          <w:sz w:val="24"/>
        </w:rPr>
        <w:t xml:space="preserve">) </w:t>
      </w:r>
      <w:proofErr w:type="spellStart"/>
      <w:r w:rsidRPr="00583D30">
        <w:rPr>
          <w:rFonts w:ascii="Times New Roman" w:hAnsi="Times New Roman"/>
          <w:sz w:val="24"/>
        </w:rPr>
        <w:t>dalyvaujant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gimnazijos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organizuojamose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ugdomosiose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veiklose</w:t>
      </w:r>
      <w:proofErr w:type="spellEnd"/>
      <w:r w:rsidRPr="00583D30">
        <w:rPr>
          <w:rFonts w:ascii="Times New Roman" w:hAnsi="Times New Roman"/>
          <w:sz w:val="24"/>
        </w:rPr>
        <w:t xml:space="preserve"> ne </w:t>
      </w:r>
      <w:proofErr w:type="spellStart"/>
      <w:r w:rsidRPr="00583D30">
        <w:rPr>
          <w:rFonts w:ascii="Times New Roman" w:hAnsi="Times New Roman"/>
          <w:sz w:val="24"/>
        </w:rPr>
        <w:t>gimnazijos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aplinkoje</w:t>
      </w:r>
      <w:proofErr w:type="spellEnd"/>
      <w:r w:rsidRPr="00583D30">
        <w:rPr>
          <w:rFonts w:ascii="Times New Roman" w:hAnsi="Times New Roman"/>
          <w:sz w:val="24"/>
        </w:rPr>
        <w:t>.</w:t>
      </w:r>
    </w:p>
    <w:p w14:paraId="05D6733D" w14:textId="77777777" w:rsidR="003205DE" w:rsidRPr="00583D30" w:rsidRDefault="003205DE" w:rsidP="003205DE">
      <w:pPr>
        <w:pStyle w:val="ListParagraph"/>
        <w:numPr>
          <w:ilvl w:val="0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583D30">
        <w:rPr>
          <w:rFonts w:ascii="Times New Roman" w:hAnsi="Times New Roman"/>
          <w:sz w:val="24"/>
        </w:rPr>
        <w:t>Aprašas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parengtas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vadovaujantis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Mokinių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asmeninių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mobiliųjų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telefonų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kitų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galinių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įrenginių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naudojimo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ikimokyklinio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ugdymo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bendrojo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ugdymo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mokykloje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rekomendacijomis</w:t>
      </w:r>
      <w:proofErr w:type="spellEnd"/>
      <w:r w:rsidRPr="00583D30">
        <w:rPr>
          <w:rFonts w:ascii="Times New Roman" w:hAnsi="Times New Roman"/>
          <w:sz w:val="24"/>
        </w:rPr>
        <w:t>,</w:t>
      </w:r>
    </w:p>
    <w:p w14:paraId="0F0F92F3" w14:textId="77777777" w:rsidR="003205DE" w:rsidRPr="00583D30" w:rsidRDefault="003205DE" w:rsidP="003205DE">
      <w:pPr>
        <w:tabs>
          <w:tab w:val="left" w:pos="851"/>
        </w:tabs>
        <w:spacing w:after="0" w:line="320" w:lineRule="atLeast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583D30">
        <w:rPr>
          <w:rFonts w:ascii="Times New Roman" w:hAnsi="Times New Roman"/>
          <w:sz w:val="24"/>
        </w:rPr>
        <w:t>patvirtintomis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Lietuvos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Respublikos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švietimo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mokslo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sporto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ministro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Lietuvos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Respublikos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sveikatos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apsaugos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ministro</w:t>
      </w:r>
      <w:proofErr w:type="spellEnd"/>
      <w:r w:rsidRPr="00583D30">
        <w:rPr>
          <w:rFonts w:ascii="Times New Roman" w:hAnsi="Times New Roman"/>
          <w:sz w:val="24"/>
        </w:rPr>
        <w:t xml:space="preserve"> 2025 m. </w:t>
      </w:r>
      <w:proofErr w:type="spellStart"/>
      <w:r w:rsidRPr="00583D30">
        <w:rPr>
          <w:rFonts w:ascii="Times New Roman" w:hAnsi="Times New Roman"/>
          <w:sz w:val="24"/>
        </w:rPr>
        <w:t>liepos</w:t>
      </w:r>
      <w:proofErr w:type="spellEnd"/>
      <w:r w:rsidRPr="00583D30">
        <w:rPr>
          <w:rFonts w:ascii="Times New Roman" w:hAnsi="Times New Roman"/>
          <w:sz w:val="24"/>
        </w:rPr>
        <w:t xml:space="preserve"> 31 d. </w:t>
      </w:r>
      <w:proofErr w:type="spellStart"/>
      <w:r w:rsidRPr="00583D30">
        <w:rPr>
          <w:rFonts w:ascii="Times New Roman" w:hAnsi="Times New Roman"/>
          <w:sz w:val="24"/>
        </w:rPr>
        <w:t>įsakymu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Nr</w:t>
      </w:r>
      <w:proofErr w:type="spellEnd"/>
      <w:r w:rsidRPr="00583D30">
        <w:rPr>
          <w:rFonts w:ascii="Times New Roman" w:hAnsi="Times New Roman"/>
          <w:sz w:val="24"/>
        </w:rPr>
        <w:t>. V-807/V-726 (</w:t>
      </w:r>
      <w:proofErr w:type="spellStart"/>
      <w:r w:rsidRPr="00583D30">
        <w:rPr>
          <w:rFonts w:ascii="Times New Roman" w:hAnsi="Times New Roman"/>
          <w:sz w:val="24"/>
        </w:rPr>
        <w:t>su</w:t>
      </w:r>
      <w:proofErr w:type="spellEnd"/>
      <w:r w:rsidRPr="00583D30">
        <w:rPr>
          <w:rFonts w:ascii="Times New Roman" w:hAnsi="Times New Roman"/>
          <w:sz w:val="24"/>
        </w:rPr>
        <w:t xml:space="preserve"> 2026 m. </w:t>
      </w:r>
      <w:proofErr w:type="spellStart"/>
      <w:r w:rsidRPr="00583D30">
        <w:rPr>
          <w:rFonts w:ascii="Times New Roman" w:hAnsi="Times New Roman"/>
          <w:sz w:val="24"/>
        </w:rPr>
        <w:t>liepos</w:t>
      </w:r>
      <w:proofErr w:type="spellEnd"/>
      <w:r w:rsidRPr="00583D30">
        <w:rPr>
          <w:rFonts w:ascii="Times New Roman" w:hAnsi="Times New Roman"/>
          <w:sz w:val="24"/>
        </w:rPr>
        <w:t xml:space="preserve"> 13 d. </w:t>
      </w:r>
      <w:proofErr w:type="spellStart"/>
      <w:r w:rsidRPr="00583D30">
        <w:rPr>
          <w:rFonts w:ascii="Times New Roman" w:hAnsi="Times New Roman"/>
          <w:sz w:val="24"/>
        </w:rPr>
        <w:t>įsakymu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Nr</w:t>
      </w:r>
      <w:proofErr w:type="spellEnd"/>
      <w:r w:rsidRPr="00583D30">
        <w:rPr>
          <w:rFonts w:ascii="Times New Roman" w:hAnsi="Times New Roman"/>
          <w:sz w:val="24"/>
        </w:rPr>
        <w:t xml:space="preserve">. V-532/V-691 </w:t>
      </w:r>
      <w:proofErr w:type="spellStart"/>
      <w:r w:rsidRPr="00583D30">
        <w:rPr>
          <w:rFonts w:ascii="Times New Roman" w:hAnsi="Times New Roman"/>
          <w:sz w:val="24"/>
        </w:rPr>
        <w:t>padarytais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pakeitimais</w:t>
      </w:r>
      <w:proofErr w:type="spellEnd"/>
      <w:r w:rsidRPr="00583D30">
        <w:rPr>
          <w:rFonts w:ascii="Times New Roman" w:hAnsi="Times New Roman"/>
          <w:sz w:val="24"/>
        </w:rPr>
        <w:t>).</w:t>
      </w:r>
    </w:p>
    <w:p w14:paraId="59E69D5A" w14:textId="77777777" w:rsidR="007D69AD" w:rsidRDefault="00323238" w:rsidP="007D69AD">
      <w:pPr>
        <w:pStyle w:val="ListParagraph"/>
        <w:numPr>
          <w:ilvl w:val="0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D69AD">
        <w:rPr>
          <w:rFonts w:ascii="Times New Roman" w:hAnsi="Times New Roman" w:cs="Times New Roman"/>
          <w:sz w:val="24"/>
          <w:szCs w:val="24"/>
          <w:lang w:val="lt-LT"/>
        </w:rPr>
        <w:t>Tvarkos tikslas – užtikrinti saugią ir ugdymui palankią aplinką, skatinti atsakingą ir sąmoningą technologijų naudojimą, mažinti neigiamą skaitmeninių technologijų poveikį mokinių fizinei ir psichinei sveikatai.</w:t>
      </w:r>
    </w:p>
    <w:p w14:paraId="5484EAD1" w14:textId="6ABC6E76" w:rsidR="00482EA5" w:rsidRPr="00583D30" w:rsidRDefault="00323238" w:rsidP="007D69AD">
      <w:pPr>
        <w:pStyle w:val="ListParagraph"/>
        <w:numPr>
          <w:ilvl w:val="0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83D30">
        <w:rPr>
          <w:rFonts w:ascii="Times New Roman" w:hAnsi="Times New Roman"/>
          <w:sz w:val="24"/>
        </w:rPr>
        <w:t>„</w:t>
      </w:r>
      <w:proofErr w:type="spellStart"/>
      <w:r w:rsidRPr="00583D30">
        <w:rPr>
          <w:rFonts w:ascii="Times New Roman" w:hAnsi="Times New Roman"/>
          <w:sz w:val="24"/>
        </w:rPr>
        <w:t>Galinio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įrenginio</w:t>
      </w:r>
      <w:proofErr w:type="spellEnd"/>
      <w:r w:rsidRPr="00583D30">
        <w:rPr>
          <w:rFonts w:ascii="Times New Roman" w:hAnsi="Times New Roman"/>
          <w:sz w:val="24"/>
        </w:rPr>
        <w:t xml:space="preserve">“ </w:t>
      </w:r>
      <w:proofErr w:type="spellStart"/>
      <w:r w:rsidRPr="00583D30">
        <w:rPr>
          <w:rFonts w:ascii="Times New Roman" w:hAnsi="Times New Roman"/>
          <w:sz w:val="24"/>
        </w:rPr>
        <w:t>sąvoka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vartojama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vadovaujantis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Lietuvos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Respublikos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elektroninių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ryšių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įstatymo</w:t>
      </w:r>
      <w:proofErr w:type="spellEnd"/>
      <w:r w:rsidRPr="00583D30">
        <w:rPr>
          <w:rFonts w:ascii="Times New Roman" w:hAnsi="Times New Roman"/>
          <w:sz w:val="24"/>
        </w:rPr>
        <w:t xml:space="preserve"> 3 </w:t>
      </w:r>
      <w:proofErr w:type="spellStart"/>
      <w:r w:rsidRPr="00583D30">
        <w:rPr>
          <w:rFonts w:ascii="Times New Roman" w:hAnsi="Times New Roman"/>
          <w:sz w:val="24"/>
        </w:rPr>
        <w:t>straipsnio</w:t>
      </w:r>
      <w:proofErr w:type="spellEnd"/>
      <w:r w:rsidRPr="00583D30">
        <w:rPr>
          <w:rFonts w:ascii="Times New Roman" w:hAnsi="Times New Roman"/>
          <w:sz w:val="24"/>
        </w:rPr>
        <w:t xml:space="preserve"> 24 </w:t>
      </w:r>
      <w:proofErr w:type="spellStart"/>
      <w:r w:rsidRPr="00583D30">
        <w:rPr>
          <w:rFonts w:ascii="Times New Roman" w:hAnsi="Times New Roman"/>
          <w:sz w:val="24"/>
        </w:rPr>
        <w:t>dalimi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kuri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nustato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kad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galinis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įrenginys</w:t>
      </w:r>
      <w:proofErr w:type="spellEnd"/>
      <w:r w:rsidRPr="00583D30">
        <w:rPr>
          <w:rFonts w:ascii="Times New Roman" w:hAnsi="Times New Roman"/>
          <w:sz w:val="24"/>
        </w:rPr>
        <w:t xml:space="preserve"> – </w:t>
      </w:r>
      <w:proofErr w:type="spellStart"/>
      <w:r w:rsidRPr="00583D30">
        <w:rPr>
          <w:rFonts w:ascii="Times New Roman" w:hAnsi="Times New Roman"/>
          <w:sz w:val="24"/>
        </w:rPr>
        <w:t>informacijai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priimti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(</w:t>
      </w:r>
      <w:proofErr w:type="spellStart"/>
      <w:r w:rsidRPr="00583D30">
        <w:rPr>
          <w:rFonts w:ascii="Times New Roman" w:hAnsi="Times New Roman"/>
          <w:sz w:val="24"/>
        </w:rPr>
        <w:t>arba</w:t>
      </w:r>
      <w:proofErr w:type="spellEnd"/>
      <w:r w:rsidRPr="00583D30">
        <w:rPr>
          <w:rFonts w:ascii="Times New Roman" w:hAnsi="Times New Roman"/>
          <w:sz w:val="24"/>
        </w:rPr>
        <w:t xml:space="preserve">) </w:t>
      </w:r>
      <w:proofErr w:type="spellStart"/>
      <w:r w:rsidRPr="00583D30">
        <w:rPr>
          <w:rFonts w:ascii="Times New Roman" w:hAnsi="Times New Roman"/>
          <w:sz w:val="24"/>
        </w:rPr>
        <w:t>perduoti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skirtas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įrenginys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ar</w:t>
      </w:r>
      <w:proofErr w:type="spellEnd"/>
      <w:r w:rsidRPr="00583D30">
        <w:rPr>
          <w:rFonts w:ascii="Times New Roman" w:hAnsi="Times New Roman"/>
          <w:sz w:val="24"/>
        </w:rPr>
        <w:t xml:space="preserve"> jo </w:t>
      </w:r>
      <w:proofErr w:type="spellStart"/>
      <w:r w:rsidRPr="00583D30">
        <w:rPr>
          <w:rFonts w:ascii="Times New Roman" w:hAnsi="Times New Roman"/>
          <w:sz w:val="24"/>
        </w:rPr>
        <w:t>dalis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kurie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tiesiogiai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netiesiogiai</w:t>
      </w:r>
      <w:proofErr w:type="spellEnd"/>
      <w:r w:rsidRPr="00583D30">
        <w:rPr>
          <w:rFonts w:ascii="Times New Roman" w:hAnsi="Times New Roman"/>
          <w:sz w:val="24"/>
        </w:rPr>
        <w:t xml:space="preserve"> bet </w:t>
      </w:r>
      <w:proofErr w:type="spellStart"/>
      <w:r w:rsidRPr="00583D30">
        <w:rPr>
          <w:rFonts w:ascii="Times New Roman" w:hAnsi="Times New Roman"/>
          <w:sz w:val="24"/>
        </w:rPr>
        <w:t>kokiomis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priemonėmis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yra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prijungiami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prie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viešųjų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elektroninių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ryšių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tinklų</w:t>
      </w:r>
      <w:proofErr w:type="spellEnd"/>
      <w:r w:rsidRPr="00583D30">
        <w:rPr>
          <w:rFonts w:ascii="Times New Roman" w:hAnsi="Times New Roman"/>
          <w:sz w:val="24"/>
        </w:rPr>
        <w:t xml:space="preserve">. </w:t>
      </w:r>
      <w:proofErr w:type="spellStart"/>
      <w:r w:rsidRPr="00583D30">
        <w:rPr>
          <w:rFonts w:ascii="Times New Roman" w:hAnsi="Times New Roman"/>
          <w:sz w:val="24"/>
        </w:rPr>
        <w:t>Kitos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Apraše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vartojamos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sąvokos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atitinka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Lietuvos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Respublikos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švietimo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įstatyme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Lietuvos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Respublikos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vaiko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teisių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apsaugos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pagrindų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įstatyme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Lietuvos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Respublikos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elektroninių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ryšių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įstatyme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vartojamas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sąvokas</w:t>
      </w:r>
      <w:proofErr w:type="spellEnd"/>
      <w:r w:rsidRPr="00583D30">
        <w:rPr>
          <w:rFonts w:ascii="Times New Roman" w:hAnsi="Times New Roman"/>
          <w:sz w:val="24"/>
        </w:rPr>
        <w:t>.</w:t>
      </w:r>
    </w:p>
    <w:p w14:paraId="7D42AFA8" w14:textId="77777777" w:rsidR="0079265B" w:rsidRPr="0079265B" w:rsidRDefault="0079265B" w:rsidP="0079265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A313749" w14:textId="77777777" w:rsidR="00482EA5" w:rsidRDefault="00323238" w:rsidP="00C137E6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t>II SKYRIUS</w:t>
      </w: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br/>
        <w:t>ĮRENGINIŲ NAUDOJIMO RIBOJIMAI IR IŠIMTYS</w:t>
      </w:r>
    </w:p>
    <w:p w14:paraId="68E3DA59" w14:textId="77777777" w:rsidR="003519B7" w:rsidRPr="003519B7" w:rsidRDefault="003519B7" w:rsidP="003519B7">
      <w:pPr>
        <w:spacing w:after="0" w:line="240" w:lineRule="auto"/>
        <w:rPr>
          <w:lang w:val="lt-LT"/>
        </w:rPr>
      </w:pPr>
    </w:p>
    <w:p w14:paraId="30885066" w14:textId="26E2FC65" w:rsidR="00573143" w:rsidRDefault="00573143" w:rsidP="003205DE">
      <w:pPr>
        <w:pStyle w:val="ListParagraph"/>
        <w:numPr>
          <w:ilvl w:val="0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73143">
        <w:rPr>
          <w:rFonts w:ascii="Times New Roman" w:hAnsi="Times New Roman" w:cs="Times New Roman"/>
          <w:sz w:val="24"/>
          <w:szCs w:val="24"/>
          <w:lang w:val="lt-LT"/>
        </w:rPr>
        <w:t xml:space="preserve">Gimnazijoje </w:t>
      </w:r>
      <w:r w:rsidR="00B80891" w:rsidRPr="00B80891">
        <w:rPr>
          <w:rFonts w:ascii="Times New Roman" w:hAnsi="Times New Roman" w:cs="Times New Roman"/>
          <w:sz w:val="24"/>
          <w:szCs w:val="24"/>
          <w:lang w:val="lt-LT"/>
        </w:rPr>
        <w:t>ar organizuojant ugdomąsias veiklas ne gimnazijos aplinkoje</w:t>
      </w:r>
      <w:r w:rsidR="00773119"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773119" w:rsidRPr="00773119">
        <w:rPr>
          <w:rFonts w:ascii="Times New Roman" w:hAnsi="Times New Roman" w:cs="Times New Roman"/>
          <w:sz w:val="24"/>
          <w:szCs w:val="24"/>
          <w:lang w:val="lt-LT"/>
        </w:rPr>
        <w:t>išvykus iš gimnazijos visų klasių mokiniai mobiliuosius telefonus su išjungtu garsu arba nustatytu begarsiu režimu ir ausinukus laiko kuprinėje</w:t>
      </w:r>
      <w:r w:rsidR="00773119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B8089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573143">
        <w:rPr>
          <w:rFonts w:ascii="Times New Roman" w:hAnsi="Times New Roman" w:cs="Times New Roman"/>
          <w:sz w:val="24"/>
          <w:szCs w:val="24"/>
          <w:lang w:val="lt-LT"/>
        </w:rPr>
        <w:t xml:space="preserve">ribojamas mokinių asmeninių </w:t>
      </w:r>
      <w:r>
        <w:rPr>
          <w:rFonts w:ascii="Times New Roman" w:hAnsi="Times New Roman" w:cs="Times New Roman"/>
          <w:sz w:val="24"/>
          <w:szCs w:val="24"/>
          <w:lang w:val="lt-LT"/>
        </w:rPr>
        <w:t>įrenginių</w:t>
      </w:r>
      <w:r w:rsidRPr="00573143">
        <w:rPr>
          <w:rFonts w:ascii="Times New Roman" w:hAnsi="Times New Roman" w:cs="Times New Roman"/>
          <w:sz w:val="24"/>
          <w:szCs w:val="24"/>
          <w:lang w:val="lt-LT"/>
        </w:rPr>
        <w:t xml:space="preserve"> naudojimas: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771BC938" w14:textId="13CC8EBC" w:rsidR="00573143" w:rsidRDefault="00251419" w:rsidP="003205DE">
      <w:pPr>
        <w:pStyle w:val="ListParagraph"/>
        <w:numPr>
          <w:ilvl w:val="1"/>
          <w:numId w:val="10"/>
        </w:numPr>
        <w:tabs>
          <w:tab w:val="left" w:pos="0"/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G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 xml:space="preserve">imnazijoje nuo </w:t>
      </w:r>
      <w:r w:rsidR="000D397F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0D397F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0D397F">
        <w:rPr>
          <w:rFonts w:ascii="Times New Roman" w:hAnsi="Times New Roman" w:cs="Times New Roman"/>
          <w:sz w:val="24"/>
          <w:szCs w:val="24"/>
          <w:lang w:val="lt-LT"/>
        </w:rPr>
        <w:t>0</w:t>
      </w:r>
      <w:r w:rsidRPr="000D397F">
        <w:rPr>
          <w:rFonts w:ascii="Times New Roman" w:hAnsi="Times New Roman" w:cs="Times New Roman"/>
          <w:sz w:val="24"/>
          <w:szCs w:val="24"/>
          <w:lang w:val="lt-LT"/>
        </w:rPr>
        <w:t>0 val.</w:t>
      </w:r>
      <w:r w:rsidR="000D397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>pamokų ir pertraukų metu</w:t>
      </w:r>
      <w:r w:rsidR="00B80891">
        <w:rPr>
          <w:rFonts w:ascii="Times New Roman" w:hAnsi="Times New Roman" w:cs="Times New Roman"/>
          <w:sz w:val="24"/>
          <w:szCs w:val="24"/>
          <w:lang w:val="lt-LT"/>
        </w:rPr>
        <w:t xml:space="preserve"> 1-</w:t>
      </w:r>
      <w:r>
        <w:rPr>
          <w:rFonts w:ascii="Times New Roman" w:hAnsi="Times New Roman" w:cs="Times New Roman"/>
          <w:sz w:val="24"/>
          <w:szCs w:val="24"/>
          <w:lang w:val="lt-LT"/>
        </w:rPr>
        <w:t>8 klasių mokiniai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 xml:space="preserve"> išmaniaisiais įrenginiais </w:t>
      </w:r>
      <w:r>
        <w:rPr>
          <w:rFonts w:ascii="Times New Roman" w:hAnsi="Times New Roman" w:cs="Times New Roman"/>
          <w:sz w:val="24"/>
          <w:szCs w:val="24"/>
          <w:lang w:val="lt-LT"/>
        </w:rPr>
        <w:t>nesinaudoja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 xml:space="preserve">, t. y. šios priemonės turi būti saugomos specialiose telefonų saugojimo dėžutėse 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lastRenderedPageBreak/>
        <w:t>savo klasėje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iki ugdomosios veiklos pabaigos (pamokų, būrelių, VDM pabaigos)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0D397F">
        <w:rPr>
          <w:rFonts w:ascii="Times New Roman" w:hAnsi="Times New Roman" w:cs="Times New Roman"/>
          <w:sz w:val="24"/>
          <w:szCs w:val="24"/>
          <w:lang w:val="lt-LT"/>
        </w:rPr>
        <w:t xml:space="preserve"> Už dėžutes su telefonais atsakingos mokinio padėjėjos.</w:t>
      </w:r>
      <w:r w:rsidR="00BF544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7FF298F4" w14:textId="63415CA4" w:rsidR="00251419" w:rsidRDefault="00251419" w:rsidP="003205DE">
      <w:pPr>
        <w:pStyle w:val="ListParagraph"/>
        <w:numPr>
          <w:ilvl w:val="1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>Iki prasidedant pirmai pamokai I–II gimnazijos klasių mokiniai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visus įrenginius </w:t>
      </w:r>
      <w:r w:rsidRPr="00251419">
        <w:rPr>
          <w:rFonts w:ascii="Times New Roman" w:hAnsi="Times New Roman" w:cs="Times New Roman"/>
          <w:sz w:val="24"/>
          <w:szCs w:val="24"/>
          <w:lang w:val="lt-LT"/>
        </w:rPr>
        <w:t>su išjungtu garsu arba nustatytu begarsiu režimu ir a</w:t>
      </w:r>
      <w:r>
        <w:rPr>
          <w:rFonts w:ascii="Times New Roman" w:hAnsi="Times New Roman" w:cs="Times New Roman"/>
          <w:sz w:val="24"/>
          <w:szCs w:val="24"/>
          <w:lang w:val="lt-LT"/>
        </w:rPr>
        <w:t>usinukus padeda į savo spintelę ir pasiima tik ugdomosios veiklos pabaigoje.</w:t>
      </w:r>
    </w:p>
    <w:p w14:paraId="5D8BF12B" w14:textId="308AC615" w:rsidR="00251419" w:rsidRPr="00251419" w:rsidRDefault="00C90B11" w:rsidP="003205DE">
      <w:pPr>
        <w:pStyle w:val="ListParagraph"/>
        <w:numPr>
          <w:ilvl w:val="1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C90B11">
        <w:rPr>
          <w:rFonts w:ascii="Times New Roman" w:hAnsi="Times New Roman" w:cs="Times New Roman"/>
          <w:sz w:val="24"/>
          <w:szCs w:val="24"/>
          <w:lang w:val="lt-LT"/>
        </w:rPr>
        <w:t xml:space="preserve">III–IV gimnazijos klasių mokiniai pamokų metu </w:t>
      </w:r>
      <w:r>
        <w:rPr>
          <w:rFonts w:ascii="Times New Roman" w:hAnsi="Times New Roman" w:cs="Times New Roman"/>
          <w:sz w:val="24"/>
          <w:szCs w:val="24"/>
          <w:lang w:val="lt-LT"/>
        </w:rPr>
        <w:t>įrenginius</w:t>
      </w:r>
      <w:r w:rsidRPr="00C90B11">
        <w:rPr>
          <w:rFonts w:ascii="Times New Roman" w:hAnsi="Times New Roman" w:cs="Times New Roman"/>
          <w:sz w:val="24"/>
          <w:szCs w:val="24"/>
          <w:lang w:val="lt-LT"/>
        </w:rPr>
        <w:t xml:space="preserve"> su išjungtu garsu arba nustatytu begarsiu režimu ir ausinukus laiko kuprinėje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(k</w:t>
      </w:r>
      <w:r w:rsidRPr="00C90B11">
        <w:rPr>
          <w:rFonts w:ascii="Times New Roman" w:hAnsi="Times New Roman" w:cs="Times New Roman"/>
          <w:sz w:val="24"/>
          <w:szCs w:val="24"/>
          <w:lang w:val="lt-LT"/>
        </w:rPr>
        <w:t>išenėse mobiliuosius įrenginius laikyti draudžiama</w:t>
      </w:r>
      <w:r>
        <w:rPr>
          <w:rFonts w:ascii="Times New Roman" w:hAnsi="Times New Roman" w:cs="Times New Roman"/>
          <w:sz w:val="24"/>
          <w:szCs w:val="24"/>
          <w:lang w:val="lt-LT"/>
        </w:rPr>
        <w:t>)</w:t>
      </w:r>
      <w:r w:rsidRPr="00C90B11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37FFF89" w14:textId="77777777" w:rsidR="003519B7" w:rsidRDefault="00323238" w:rsidP="003519B7">
      <w:pPr>
        <w:pStyle w:val="ListParagraph"/>
        <w:numPr>
          <w:ilvl w:val="0"/>
          <w:numId w:val="10"/>
        </w:numPr>
        <w:tabs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519B7">
        <w:rPr>
          <w:rFonts w:ascii="Times New Roman" w:hAnsi="Times New Roman" w:cs="Times New Roman"/>
          <w:sz w:val="24"/>
          <w:szCs w:val="24"/>
          <w:lang w:val="lt-LT"/>
        </w:rPr>
        <w:t>Įrenginius galima naudoti tik šiais atvejais:</w:t>
      </w:r>
    </w:p>
    <w:p w14:paraId="7213006F" w14:textId="77777777" w:rsidR="003519B7" w:rsidRDefault="003519B7" w:rsidP="003519B7">
      <w:pPr>
        <w:pStyle w:val="ListParagraph"/>
        <w:numPr>
          <w:ilvl w:val="1"/>
          <w:numId w:val="10"/>
        </w:numPr>
        <w:tabs>
          <w:tab w:val="left" w:pos="993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23238" w:rsidRPr="003519B7">
        <w:rPr>
          <w:rFonts w:ascii="Times New Roman" w:hAnsi="Times New Roman" w:cs="Times New Roman"/>
          <w:sz w:val="24"/>
          <w:szCs w:val="24"/>
          <w:lang w:val="lt-LT"/>
        </w:rPr>
        <w:t>pamokos ar kitos ugdomosios veiklos metu, kai to paprašo mokytojas ar švietimo pagalbos specialistas;</w:t>
      </w:r>
    </w:p>
    <w:p w14:paraId="34CBC5B2" w14:textId="77777777" w:rsidR="003519B7" w:rsidRDefault="00323238" w:rsidP="003519B7">
      <w:pPr>
        <w:pStyle w:val="ListParagraph"/>
        <w:numPr>
          <w:ilvl w:val="1"/>
          <w:numId w:val="10"/>
        </w:numPr>
        <w:tabs>
          <w:tab w:val="left" w:pos="993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519B7">
        <w:rPr>
          <w:rFonts w:ascii="Times New Roman" w:hAnsi="Times New Roman" w:cs="Times New Roman"/>
          <w:sz w:val="24"/>
          <w:szCs w:val="24"/>
          <w:lang w:val="lt-LT"/>
        </w:rPr>
        <w:t>jei mokiniui dėl sveikatos būklės reikalinga naudotis įrenginiu (pateikus tėvų ar gydytojo informaciją);</w:t>
      </w:r>
    </w:p>
    <w:p w14:paraId="7201F00E" w14:textId="694F7B71" w:rsidR="003519B7" w:rsidRDefault="00323238" w:rsidP="003519B7">
      <w:pPr>
        <w:pStyle w:val="ListParagraph"/>
        <w:numPr>
          <w:ilvl w:val="1"/>
          <w:numId w:val="10"/>
        </w:numPr>
        <w:tabs>
          <w:tab w:val="left" w:pos="993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519B7">
        <w:rPr>
          <w:rFonts w:ascii="Times New Roman" w:hAnsi="Times New Roman" w:cs="Times New Roman"/>
          <w:sz w:val="24"/>
          <w:szCs w:val="24"/>
          <w:lang w:val="lt-LT"/>
        </w:rPr>
        <w:t>susidarius nenumatytoms situacijoms, kai būtina nedelsiant susisiekti su tėvais ar pagalbos tarnybomis</w:t>
      </w:r>
      <w:r w:rsidR="003519B7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7723E5E" w14:textId="77777777" w:rsidR="00B80891" w:rsidRDefault="00B80891" w:rsidP="00C137E6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</w:p>
    <w:p w14:paraId="063A68E1" w14:textId="298C8D60" w:rsidR="003519B7" w:rsidRDefault="00323238" w:rsidP="000D397F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t>III SKYRIUS</w:t>
      </w: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br/>
        <w:t>TVARKOS ĮGYVENDINIMAS IR KONTROLĖ</w:t>
      </w:r>
    </w:p>
    <w:p w14:paraId="101875DE" w14:textId="77777777" w:rsidR="000D397F" w:rsidRPr="000D397F" w:rsidRDefault="000D397F" w:rsidP="000D397F">
      <w:pPr>
        <w:spacing w:after="0" w:line="240" w:lineRule="auto"/>
        <w:rPr>
          <w:lang w:val="lt-LT"/>
        </w:rPr>
      </w:pPr>
    </w:p>
    <w:p w14:paraId="2A2951CB" w14:textId="0E33AB65" w:rsidR="00DF4D68" w:rsidRPr="00DF4D68" w:rsidRDefault="00323238" w:rsidP="000816FC">
      <w:pPr>
        <w:pStyle w:val="ListParagraph"/>
        <w:numPr>
          <w:ilvl w:val="0"/>
          <w:numId w:val="11"/>
        </w:numPr>
        <w:tabs>
          <w:tab w:val="left" w:pos="360"/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F4D68">
        <w:rPr>
          <w:rFonts w:ascii="Times New Roman" w:hAnsi="Times New Roman" w:cs="Times New Roman"/>
          <w:sz w:val="24"/>
          <w:szCs w:val="24"/>
          <w:lang w:val="lt-LT"/>
        </w:rPr>
        <w:t>Kiekvienų mokslo metų pradžioje su šia tvarka supažindinami mokiniai, jų tėvai (globėjai) bei gimnazijos darbuotojai.</w:t>
      </w:r>
    </w:p>
    <w:p w14:paraId="0B54B537" w14:textId="77777777" w:rsidR="00DF4D68" w:rsidRDefault="00323238" w:rsidP="001E455B">
      <w:pPr>
        <w:pStyle w:val="ListParagraph"/>
        <w:numPr>
          <w:ilvl w:val="0"/>
          <w:numId w:val="11"/>
        </w:numPr>
        <w:tabs>
          <w:tab w:val="left" w:pos="709"/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F4D68">
        <w:rPr>
          <w:rFonts w:ascii="Times New Roman" w:hAnsi="Times New Roman" w:cs="Times New Roman"/>
          <w:sz w:val="24"/>
          <w:szCs w:val="24"/>
          <w:lang w:val="lt-LT"/>
        </w:rPr>
        <w:t>Tvarkos laikymosi priežiūrą vykdo mokytojai, klasių vadovai ir gimnazijos administracija.</w:t>
      </w:r>
    </w:p>
    <w:p w14:paraId="004C0A2F" w14:textId="32BB5D33" w:rsidR="00482EA5" w:rsidRPr="00583D30" w:rsidRDefault="00323238" w:rsidP="000816FC">
      <w:pPr>
        <w:pStyle w:val="ListParagraph"/>
        <w:numPr>
          <w:ilvl w:val="0"/>
          <w:numId w:val="11"/>
        </w:numPr>
        <w:tabs>
          <w:tab w:val="left" w:pos="0"/>
          <w:tab w:val="left" w:pos="709"/>
          <w:tab w:val="left" w:pos="851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583D30">
        <w:rPr>
          <w:rFonts w:ascii="Times New Roman" w:hAnsi="Times New Roman"/>
          <w:sz w:val="24"/>
        </w:rPr>
        <w:t>Gimnazija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rengdama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šį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Aprašą</w:t>
      </w:r>
      <w:proofErr w:type="spellEnd"/>
      <w:r w:rsidRPr="00583D30">
        <w:rPr>
          <w:rFonts w:ascii="Times New Roman" w:hAnsi="Times New Roman"/>
          <w:sz w:val="24"/>
        </w:rPr>
        <w:t xml:space="preserve">, </w:t>
      </w:r>
      <w:proofErr w:type="spellStart"/>
      <w:r w:rsidRPr="00583D30">
        <w:rPr>
          <w:rFonts w:ascii="Times New Roman" w:hAnsi="Times New Roman"/>
          <w:sz w:val="24"/>
        </w:rPr>
        <w:t>įvertina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gimnazijos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tarybos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siūlymus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atsižvelgia</w:t>
      </w:r>
      <w:proofErr w:type="spellEnd"/>
      <w:r w:rsidRPr="00583D30">
        <w:rPr>
          <w:rFonts w:ascii="Times New Roman" w:hAnsi="Times New Roman"/>
          <w:sz w:val="24"/>
        </w:rPr>
        <w:t xml:space="preserve"> į </w:t>
      </w:r>
      <w:proofErr w:type="spellStart"/>
      <w:r w:rsidRPr="00583D30">
        <w:rPr>
          <w:rFonts w:ascii="Times New Roman" w:hAnsi="Times New Roman"/>
          <w:sz w:val="24"/>
        </w:rPr>
        <w:t>Rekomendacijas</w:t>
      </w:r>
      <w:proofErr w:type="spellEnd"/>
      <w:r w:rsidRPr="00583D30">
        <w:rPr>
          <w:rFonts w:ascii="Times New Roman" w:hAnsi="Times New Roman"/>
          <w:sz w:val="24"/>
        </w:rPr>
        <w:t xml:space="preserve">. </w:t>
      </w:r>
      <w:proofErr w:type="spellStart"/>
      <w:r w:rsidRPr="00583D30">
        <w:rPr>
          <w:rFonts w:ascii="Times New Roman" w:hAnsi="Times New Roman"/>
          <w:sz w:val="24"/>
        </w:rPr>
        <w:t>Aprašą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tvirtina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gimnazijos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direktorius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skelbia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viešai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gimnazijos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interneto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svetainėje</w:t>
      </w:r>
      <w:proofErr w:type="spellEnd"/>
      <w:r w:rsidRPr="00583D30">
        <w:rPr>
          <w:rFonts w:ascii="Times New Roman" w:hAnsi="Times New Roman"/>
          <w:sz w:val="24"/>
        </w:rPr>
        <w:t xml:space="preserve">. </w:t>
      </w:r>
      <w:proofErr w:type="spellStart"/>
      <w:r w:rsidRPr="00583D30">
        <w:rPr>
          <w:rFonts w:ascii="Times New Roman" w:hAnsi="Times New Roman"/>
          <w:sz w:val="24"/>
        </w:rPr>
        <w:t>Tėvų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komitetas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ir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mokinių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taryba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gali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teikti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pasiūlymus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 w:rsidRPr="00583D30">
        <w:rPr>
          <w:rFonts w:ascii="Times New Roman" w:hAnsi="Times New Roman"/>
          <w:sz w:val="24"/>
        </w:rPr>
        <w:t>dėl</w:t>
      </w:r>
      <w:proofErr w:type="spellEnd"/>
      <w:proofErr w:type="gram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Aprašo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atnaujinimo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ar</w:t>
      </w:r>
      <w:proofErr w:type="spellEnd"/>
      <w:r w:rsidRPr="00583D30">
        <w:rPr>
          <w:rFonts w:ascii="Times New Roman" w:hAnsi="Times New Roman"/>
          <w:sz w:val="24"/>
        </w:rPr>
        <w:t xml:space="preserve"> </w:t>
      </w:r>
      <w:proofErr w:type="spellStart"/>
      <w:r w:rsidRPr="00583D30">
        <w:rPr>
          <w:rFonts w:ascii="Times New Roman" w:hAnsi="Times New Roman"/>
          <w:sz w:val="24"/>
        </w:rPr>
        <w:t>pakeitimų</w:t>
      </w:r>
      <w:proofErr w:type="spellEnd"/>
      <w:r w:rsidRPr="00583D30">
        <w:rPr>
          <w:rFonts w:ascii="Times New Roman" w:hAnsi="Times New Roman"/>
          <w:sz w:val="24"/>
        </w:rPr>
        <w:t>.</w:t>
      </w:r>
    </w:p>
    <w:p w14:paraId="72ACC13A" w14:textId="77777777" w:rsidR="00583D30" w:rsidRPr="00583D30" w:rsidRDefault="00583D30" w:rsidP="00583D30">
      <w:pPr>
        <w:tabs>
          <w:tab w:val="left" w:pos="0"/>
          <w:tab w:val="left" w:pos="709"/>
          <w:tab w:val="left" w:pos="851"/>
        </w:tabs>
        <w:spacing w:after="0" w:line="320" w:lineRule="atLeas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02F5F95" w14:textId="77777777" w:rsidR="00482EA5" w:rsidRPr="0079265B" w:rsidRDefault="00323238" w:rsidP="0073263F">
      <w:pPr>
        <w:pStyle w:val="Heading2"/>
        <w:tabs>
          <w:tab w:val="left" w:pos="709"/>
          <w:tab w:val="left" w:pos="851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t>IV SKYRIUS</w:t>
      </w: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br/>
        <w:t>ATSAKOMYBĖ IR PASEKMĖS</w:t>
      </w:r>
    </w:p>
    <w:p w14:paraId="0DDB2A01" w14:textId="77777777" w:rsidR="00DF2D2B" w:rsidRPr="0079265B" w:rsidRDefault="00DF2D2B" w:rsidP="00DF4D68">
      <w:pPr>
        <w:tabs>
          <w:tab w:val="left" w:pos="709"/>
          <w:tab w:val="left" w:pos="851"/>
        </w:tabs>
        <w:spacing w:after="0" w:line="320" w:lineRule="atLeast"/>
        <w:ind w:firstLine="567"/>
        <w:rPr>
          <w:lang w:val="lt-LT"/>
        </w:rPr>
      </w:pPr>
    </w:p>
    <w:p w14:paraId="2EF993A1" w14:textId="60464D18" w:rsidR="00BF544C" w:rsidRPr="000D397F" w:rsidRDefault="00BF544C" w:rsidP="001E455B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993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D397F">
        <w:rPr>
          <w:rFonts w:ascii="Times New Roman" w:hAnsi="Times New Roman" w:cs="Times New Roman"/>
          <w:sz w:val="24"/>
          <w:szCs w:val="24"/>
          <w:lang w:val="lt-LT"/>
        </w:rPr>
        <w:t>Gimnazija neatsako už mokinių asmeninių įrenginių sugadinimą, praradimą ar vagystę, išskyrus atvejus, kai žala atsirado dėl gimnazijos darbuotojų kaltės.</w:t>
      </w:r>
    </w:p>
    <w:p w14:paraId="0EB0823A" w14:textId="247EC934" w:rsidR="00775F6B" w:rsidRPr="00775F6B" w:rsidRDefault="00323238" w:rsidP="001E455B">
      <w:pPr>
        <w:pStyle w:val="ListParagraph"/>
        <w:numPr>
          <w:ilvl w:val="0"/>
          <w:numId w:val="11"/>
        </w:numPr>
        <w:tabs>
          <w:tab w:val="left" w:pos="360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75F6B">
        <w:rPr>
          <w:rFonts w:ascii="Times New Roman" w:hAnsi="Times New Roman" w:cs="Times New Roman"/>
          <w:sz w:val="24"/>
          <w:szCs w:val="24"/>
          <w:lang w:val="lt-LT"/>
        </w:rPr>
        <w:t>Jei mokinys nesilaiko šios tvarkos:</w:t>
      </w:r>
    </w:p>
    <w:p w14:paraId="1BB28E20" w14:textId="77777777" w:rsidR="00775F6B" w:rsidRDefault="00323238" w:rsidP="004A7F2D">
      <w:pPr>
        <w:pStyle w:val="ListParagraph"/>
        <w:numPr>
          <w:ilvl w:val="1"/>
          <w:numId w:val="12"/>
        </w:numPr>
        <w:tabs>
          <w:tab w:val="left" w:pos="360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75F6B">
        <w:rPr>
          <w:rFonts w:ascii="Times New Roman" w:hAnsi="Times New Roman" w:cs="Times New Roman"/>
          <w:sz w:val="24"/>
          <w:szCs w:val="24"/>
          <w:lang w:val="lt-LT"/>
        </w:rPr>
        <w:t>pirmą kartą – mokytojas žodžiu įspėja mokinį</w:t>
      </w:r>
      <w:r w:rsidR="00775F6B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6FB9AA05" w14:textId="77777777" w:rsidR="00775F6B" w:rsidRDefault="00323238" w:rsidP="004A7F2D">
      <w:pPr>
        <w:pStyle w:val="ListParagraph"/>
        <w:numPr>
          <w:ilvl w:val="1"/>
          <w:numId w:val="12"/>
        </w:numPr>
        <w:tabs>
          <w:tab w:val="left" w:pos="360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75F6B">
        <w:rPr>
          <w:rFonts w:ascii="Times New Roman" w:hAnsi="Times New Roman" w:cs="Times New Roman"/>
          <w:sz w:val="24"/>
          <w:szCs w:val="24"/>
          <w:lang w:val="lt-LT"/>
        </w:rPr>
        <w:t>pakartotinai – įrenginys gali būti paimamas iki pamokų ar ugdomosios veiklos pabaigos;</w:t>
      </w:r>
      <w:r w:rsidR="00C01BF7" w:rsidRPr="00775F6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216DD863" w14:textId="44A1D93C" w:rsidR="00775F6B" w:rsidRDefault="00C01BF7" w:rsidP="004A7F2D">
      <w:pPr>
        <w:pStyle w:val="ListParagraph"/>
        <w:numPr>
          <w:ilvl w:val="1"/>
          <w:numId w:val="12"/>
        </w:numPr>
        <w:tabs>
          <w:tab w:val="left" w:pos="360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75F6B">
        <w:rPr>
          <w:rFonts w:ascii="Times New Roman" w:hAnsi="Times New Roman" w:cs="Times New Roman"/>
          <w:sz w:val="24"/>
          <w:szCs w:val="24"/>
          <w:lang w:val="lt-LT"/>
        </w:rPr>
        <w:t xml:space="preserve">jei mokinys atsisako atiduoti ugdymo metu naudojamą telefoną, mokytojas gali kviestis socialinį pedagogą ar </w:t>
      </w:r>
      <w:r w:rsidR="000D397F">
        <w:rPr>
          <w:rFonts w:ascii="Times New Roman" w:hAnsi="Times New Roman" w:cs="Times New Roman"/>
          <w:sz w:val="24"/>
          <w:szCs w:val="24"/>
          <w:lang w:val="lt-LT"/>
        </w:rPr>
        <w:t>gimnazijos</w:t>
      </w:r>
      <w:r w:rsidRPr="00775F6B">
        <w:rPr>
          <w:rFonts w:ascii="Times New Roman" w:hAnsi="Times New Roman" w:cs="Times New Roman"/>
          <w:sz w:val="24"/>
          <w:szCs w:val="24"/>
          <w:lang w:val="lt-LT"/>
        </w:rPr>
        <w:t xml:space="preserve"> administracijos darbuotoją. Fiksuojamas drausmės pažeidimo faktas, informuojami tėvai;</w:t>
      </w:r>
    </w:p>
    <w:p w14:paraId="7750FA2E" w14:textId="77777777" w:rsidR="003205DE" w:rsidRPr="000D397F" w:rsidRDefault="003205DE" w:rsidP="004A7F2D">
      <w:pPr>
        <w:pStyle w:val="ListParagraph"/>
        <w:numPr>
          <w:ilvl w:val="1"/>
          <w:numId w:val="12"/>
        </w:numPr>
        <w:tabs>
          <w:tab w:val="left" w:pos="360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D397F">
        <w:rPr>
          <w:rFonts w:ascii="Times New Roman" w:hAnsi="Times New Roman" w:cs="Times New Roman"/>
          <w:sz w:val="24"/>
          <w:szCs w:val="24"/>
          <w:lang w:val="lt-LT"/>
        </w:rPr>
        <w:t>nuolat pažeidžiant tvarką – įrenginys gali būti paimamas iki ugdomosios veiklos pabaigos ir perduodamas tėvams (globėjams) atsiimti.</w:t>
      </w:r>
    </w:p>
    <w:p w14:paraId="62A976D6" w14:textId="09A7CB32" w:rsidR="00E722A0" w:rsidRPr="009C79C5" w:rsidRDefault="00C01BF7" w:rsidP="00F35E3F">
      <w:pPr>
        <w:pStyle w:val="ListParagraph"/>
        <w:numPr>
          <w:ilvl w:val="0"/>
          <w:numId w:val="13"/>
        </w:numPr>
        <w:tabs>
          <w:tab w:val="left" w:pos="360"/>
          <w:tab w:val="left" w:pos="851"/>
          <w:tab w:val="left" w:pos="993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C79C5">
        <w:rPr>
          <w:rFonts w:ascii="Times New Roman" w:hAnsi="Times New Roman" w:cs="Times New Roman"/>
          <w:sz w:val="24"/>
          <w:szCs w:val="24"/>
          <w:lang w:val="lt-LT"/>
        </w:rPr>
        <w:t>Dėl gimnazijos taisyklių nesilaikymo mokinio elgesys dalyvaujant tėvams (globėjams, rūpintojams)</w:t>
      </w:r>
      <w:r w:rsidR="00DF2D2B" w:rsidRPr="009C79C5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9C79C5">
        <w:rPr>
          <w:rFonts w:ascii="Times New Roman" w:hAnsi="Times New Roman" w:cs="Times New Roman"/>
          <w:sz w:val="24"/>
          <w:szCs w:val="24"/>
          <w:lang w:val="lt-LT"/>
        </w:rPr>
        <w:t xml:space="preserve"> aptariamas Vaiko gerovės komisijos posėdyje.</w:t>
      </w:r>
    </w:p>
    <w:p w14:paraId="4AB98C07" w14:textId="77777777" w:rsidR="003205DE" w:rsidRDefault="00323238" w:rsidP="00F35E3F">
      <w:pPr>
        <w:pStyle w:val="ListParagraph"/>
        <w:numPr>
          <w:ilvl w:val="0"/>
          <w:numId w:val="13"/>
        </w:numPr>
        <w:tabs>
          <w:tab w:val="left" w:pos="360"/>
          <w:tab w:val="left" w:pos="993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22A0">
        <w:rPr>
          <w:rFonts w:ascii="Times New Roman" w:hAnsi="Times New Roman" w:cs="Times New Roman"/>
          <w:sz w:val="24"/>
          <w:szCs w:val="24"/>
          <w:lang w:val="lt-LT"/>
        </w:rPr>
        <w:t>Gimnazija gali organizuoti individualias konsultacijas mokiniams ir tėvams dėl atsakingo technologijų naudojimo</w:t>
      </w:r>
      <w:r w:rsidR="00E722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358114F1" w14:textId="028F338E" w:rsidR="004B6D9E" w:rsidRPr="000D397F" w:rsidRDefault="003205DE" w:rsidP="00F35E3F">
      <w:pPr>
        <w:pStyle w:val="ListParagraph"/>
        <w:numPr>
          <w:ilvl w:val="0"/>
          <w:numId w:val="13"/>
        </w:numPr>
        <w:tabs>
          <w:tab w:val="left" w:pos="360"/>
          <w:tab w:val="left" w:pos="993"/>
          <w:tab w:val="left" w:pos="1134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D397F">
        <w:rPr>
          <w:rFonts w:ascii="Times New Roman" w:hAnsi="Times New Roman" w:cs="Times New Roman"/>
          <w:sz w:val="24"/>
          <w:szCs w:val="24"/>
          <w:lang w:val="lt-LT"/>
        </w:rPr>
        <w:lastRenderedPageBreak/>
        <w:t>Taisyklių pažeidimams kartojantis ir išnaudojus mokyklos pagalbos priemones, dėl pagalbos mokiniui poreikio, vaiko gerovės bei saugios aplinkos užtikrinimo gali būti kreipiamasi į Vaiko teisių apsaugos specialistus.</w:t>
      </w:r>
    </w:p>
    <w:p w14:paraId="25EF2261" w14:textId="77777777" w:rsidR="00482EA5" w:rsidRPr="0079265B" w:rsidRDefault="00323238" w:rsidP="0073263F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t>V SKYRIUS</w:t>
      </w:r>
      <w:r w:rsidRPr="0079265B">
        <w:rPr>
          <w:rFonts w:ascii="Times New Roman" w:hAnsi="Times New Roman" w:cs="Times New Roman"/>
          <w:color w:val="auto"/>
          <w:sz w:val="24"/>
          <w:szCs w:val="24"/>
          <w:lang w:val="lt-LT"/>
        </w:rPr>
        <w:br/>
        <w:t>BAIGIAMOSIOS NUOSTATOS</w:t>
      </w:r>
    </w:p>
    <w:p w14:paraId="37DFF059" w14:textId="77777777" w:rsidR="00DF2D2B" w:rsidRPr="0079265B" w:rsidRDefault="00DF2D2B" w:rsidP="00C137E6">
      <w:pPr>
        <w:spacing w:after="0" w:line="240" w:lineRule="auto"/>
        <w:rPr>
          <w:lang w:val="lt-LT"/>
        </w:rPr>
      </w:pPr>
    </w:p>
    <w:p w14:paraId="09CD429A" w14:textId="2280B390" w:rsidR="004B6D9E" w:rsidRPr="004B6D9E" w:rsidRDefault="00323238" w:rsidP="00F35E3F">
      <w:pPr>
        <w:pStyle w:val="ListParagraph"/>
        <w:numPr>
          <w:ilvl w:val="0"/>
          <w:numId w:val="13"/>
        </w:numPr>
        <w:tabs>
          <w:tab w:val="left" w:pos="993"/>
        </w:tabs>
        <w:spacing w:after="0" w:line="3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B6D9E">
        <w:rPr>
          <w:rFonts w:ascii="Times New Roman" w:hAnsi="Times New Roman" w:cs="Times New Roman"/>
          <w:sz w:val="24"/>
          <w:szCs w:val="24"/>
          <w:lang w:val="lt-LT"/>
        </w:rPr>
        <w:t>Gimnazija įsipareigoja sudaryti sąlygas turiningam mokinių poilsiui pertraukų metu, skatinant veiklas be įrenginių.</w:t>
      </w:r>
    </w:p>
    <w:p w14:paraId="2FE0C78A" w14:textId="2096491D" w:rsidR="00E070FF" w:rsidRDefault="00323238" w:rsidP="00F35E3F">
      <w:pPr>
        <w:pStyle w:val="ListParagraph"/>
        <w:numPr>
          <w:ilvl w:val="0"/>
          <w:numId w:val="13"/>
        </w:numPr>
        <w:tabs>
          <w:tab w:val="left" w:pos="993"/>
        </w:tabs>
        <w:spacing w:after="0" w:line="320" w:lineRule="atLeast"/>
        <w:ind w:left="0" w:firstLine="567"/>
        <w:rPr>
          <w:rFonts w:ascii="Times New Roman" w:hAnsi="Times New Roman" w:cs="Times New Roman"/>
          <w:sz w:val="24"/>
          <w:szCs w:val="24"/>
          <w:lang w:val="lt-LT"/>
        </w:rPr>
      </w:pPr>
      <w:r w:rsidRPr="004B6D9E">
        <w:rPr>
          <w:rFonts w:ascii="Times New Roman" w:hAnsi="Times New Roman" w:cs="Times New Roman"/>
          <w:sz w:val="24"/>
          <w:szCs w:val="24"/>
          <w:lang w:val="lt-LT"/>
        </w:rPr>
        <w:t>Tvarka įsigalioja nuo 202</w:t>
      </w:r>
      <w:r w:rsidR="00E24E3D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4B6D9E">
        <w:rPr>
          <w:rFonts w:ascii="Times New Roman" w:hAnsi="Times New Roman" w:cs="Times New Roman"/>
          <w:sz w:val="24"/>
          <w:szCs w:val="24"/>
          <w:lang w:val="lt-LT"/>
        </w:rPr>
        <w:t xml:space="preserve"> m. rugsėjo 1 d. ir galioja iki jos pakeitimo ar panaikinimo.</w:t>
      </w:r>
    </w:p>
    <w:p w14:paraId="6206A224" w14:textId="735E714D" w:rsidR="00482EA5" w:rsidRPr="004B6D9E" w:rsidRDefault="00E070FF" w:rsidP="00E070FF">
      <w:pPr>
        <w:pStyle w:val="ListParagraph"/>
        <w:tabs>
          <w:tab w:val="left" w:pos="993"/>
        </w:tabs>
        <w:spacing w:after="0" w:line="320" w:lineRule="atLeast"/>
        <w:ind w:left="567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</w:t>
      </w:r>
      <w:r w:rsidR="00323238" w:rsidRPr="004B6D9E">
        <w:rPr>
          <w:rFonts w:ascii="Times New Roman" w:hAnsi="Times New Roman" w:cs="Times New Roman"/>
          <w:sz w:val="24"/>
          <w:szCs w:val="24"/>
          <w:lang w:val="lt-LT"/>
        </w:rPr>
        <w:br/>
      </w:r>
    </w:p>
    <w:sectPr w:rsidR="00482EA5" w:rsidRPr="004B6D9E" w:rsidSect="0079265B">
      <w:headerReference w:type="default" r:id="rId8"/>
      <w:pgSz w:w="12240" w:h="15840" w:code="1"/>
      <w:pgMar w:top="1134" w:right="567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3A02B" w14:textId="77777777" w:rsidR="00D7666C" w:rsidRDefault="00D7666C" w:rsidP="0079265B">
      <w:pPr>
        <w:spacing w:after="0" w:line="240" w:lineRule="auto"/>
      </w:pPr>
      <w:r>
        <w:separator/>
      </w:r>
    </w:p>
  </w:endnote>
  <w:endnote w:type="continuationSeparator" w:id="0">
    <w:p w14:paraId="7285E643" w14:textId="77777777" w:rsidR="00D7666C" w:rsidRDefault="00D7666C" w:rsidP="0079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FE93F" w14:textId="77777777" w:rsidR="00D7666C" w:rsidRDefault="00D7666C" w:rsidP="0079265B">
      <w:pPr>
        <w:spacing w:after="0" w:line="240" w:lineRule="auto"/>
      </w:pPr>
      <w:r>
        <w:separator/>
      </w:r>
    </w:p>
  </w:footnote>
  <w:footnote w:type="continuationSeparator" w:id="0">
    <w:p w14:paraId="16CE1219" w14:textId="77777777" w:rsidR="00D7666C" w:rsidRDefault="00D7666C" w:rsidP="00792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4018909"/>
      <w:docPartObj>
        <w:docPartGallery w:val="Page Numbers (Top of Page)"/>
        <w:docPartUnique/>
      </w:docPartObj>
    </w:sdtPr>
    <w:sdtEndPr/>
    <w:sdtContent>
      <w:p w14:paraId="17A06AB1" w14:textId="3E83309D" w:rsidR="0079265B" w:rsidRDefault="0079265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F2B" w:rsidRPr="00AF6F2B">
          <w:rPr>
            <w:noProof/>
            <w:lang w:val="lt-LT"/>
          </w:rPr>
          <w:t>2</w:t>
        </w:r>
        <w:r>
          <w:fldChar w:fldCharType="end"/>
        </w:r>
      </w:p>
    </w:sdtContent>
  </w:sdt>
  <w:p w14:paraId="1A2F5F98" w14:textId="77777777" w:rsidR="0079265B" w:rsidRDefault="007926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C755FE"/>
    <w:multiLevelType w:val="multilevel"/>
    <w:tmpl w:val="6AC8E08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1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7"/>
      <w:numFmt w:val="decimal"/>
      <w:lvlText w:val="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45D0349"/>
    <w:multiLevelType w:val="multilevel"/>
    <w:tmpl w:val="CE4E401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7"/>
      <w:numFmt w:val="decimal"/>
      <w:lvlText w:val="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9ED6A69"/>
    <w:multiLevelType w:val="multilevel"/>
    <w:tmpl w:val="A80C7B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E6F6AEC"/>
    <w:multiLevelType w:val="multilevel"/>
    <w:tmpl w:val="8EACC2D2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1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7"/>
      <w:numFmt w:val="decimal"/>
      <w:lvlText w:val="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16FC"/>
    <w:rsid w:val="000D397F"/>
    <w:rsid w:val="00140484"/>
    <w:rsid w:val="0015074B"/>
    <w:rsid w:val="001E455B"/>
    <w:rsid w:val="00251419"/>
    <w:rsid w:val="0029639D"/>
    <w:rsid w:val="002C7F0F"/>
    <w:rsid w:val="0030788B"/>
    <w:rsid w:val="003205DE"/>
    <w:rsid w:val="00323238"/>
    <w:rsid w:val="00326F90"/>
    <w:rsid w:val="003519B7"/>
    <w:rsid w:val="00352E88"/>
    <w:rsid w:val="00383C18"/>
    <w:rsid w:val="003D0F9D"/>
    <w:rsid w:val="00430B5F"/>
    <w:rsid w:val="00482EA5"/>
    <w:rsid w:val="004A7F2D"/>
    <w:rsid w:val="004B6D9E"/>
    <w:rsid w:val="004D013A"/>
    <w:rsid w:val="004D3B85"/>
    <w:rsid w:val="00573143"/>
    <w:rsid w:val="00583D30"/>
    <w:rsid w:val="00623B05"/>
    <w:rsid w:val="00634AB6"/>
    <w:rsid w:val="00692A1D"/>
    <w:rsid w:val="006F4C1F"/>
    <w:rsid w:val="0073263F"/>
    <w:rsid w:val="00773119"/>
    <w:rsid w:val="00775F6B"/>
    <w:rsid w:val="007907A7"/>
    <w:rsid w:val="0079265B"/>
    <w:rsid w:val="007A71A8"/>
    <w:rsid w:val="007D69AD"/>
    <w:rsid w:val="008C0807"/>
    <w:rsid w:val="009443C2"/>
    <w:rsid w:val="00985DDB"/>
    <w:rsid w:val="009C79C5"/>
    <w:rsid w:val="00A2689D"/>
    <w:rsid w:val="00AA1D8D"/>
    <w:rsid w:val="00AF6F2B"/>
    <w:rsid w:val="00B47730"/>
    <w:rsid w:val="00B80891"/>
    <w:rsid w:val="00BC4681"/>
    <w:rsid w:val="00BF544C"/>
    <w:rsid w:val="00C01BF7"/>
    <w:rsid w:val="00C137E6"/>
    <w:rsid w:val="00C56251"/>
    <w:rsid w:val="00C90B11"/>
    <w:rsid w:val="00CA34C5"/>
    <w:rsid w:val="00CB0664"/>
    <w:rsid w:val="00D16CAC"/>
    <w:rsid w:val="00D2130A"/>
    <w:rsid w:val="00D23A56"/>
    <w:rsid w:val="00D40652"/>
    <w:rsid w:val="00D56EF8"/>
    <w:rsid w:val="00D7666C"/>
    <w:rsid w:val="00DF2D2B"/>
    <w:rsid w:val="00DF4D68"/>
    <w:rsid w:val="00E005EA"/>
    <w:rsid w:val="00E070FF"/>
    <w:rsid w:val="00E24E3D"/>
    <w:rsid w:val="00E673B0"/>
    <w:rsid w:val="00E722A0"/>
    <w:rsid w:val="00EB24F6"/>
    <w:rsid w:val="00EC7B24"/>
    <w:rsid w:val="00F32597"/>
    <w:rsid w:val="00F35E3F"/>
    <w:rsid w:val="00F467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C7BD1"/>
  <w14:defaultImageDpi w14:val="300"/>
  <w15:docId w15:val="{814588AE-17B2-4090-8861-E93A84D3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856577-ADA4-487E-911A-306182E05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18</cp:revision>
  <dcterms:created xsi:type="dcterms:W3CDTF">2026-06-11T13:00:00Z</dcterms:created>
  <dcterms:modified xsi:type="dcterms:W3CDTF">2026-09-01T08:30:00Z</dcterms:modified>
  <cp:category/>
</cp:coreProperties>
</file>